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5C6387" w14:textId="1E13EC18" w:rsidR="00642692" w:rsidRPr="00642692" w:rsidRDefault="00000000" w:rsidP="00642692">
      <w:pPr>
        <w:pStyle w:val="Ttulo1"/>
        <w:spacing w:before="0" w:line="360" w:lineRule="auto"/>
        <w:jc w:val="center"/>
      </w:pPr>
      <w:r>
        <w:t>FORMULÁRIO PARA INTERPOSIÇÃO DE RECURSO</w:t>
      </w:r>
      <w:r w:rsidR="001B4328">
        <w:t xml:space="preserve"> DO RESULTADO FINAL </w:t>
      </w:r>
    </w:p>
    <w:p w14:paraId="0F6C4449" w14:textId="0DF94BDD" w:rsidR="00BA161E" w:rsidRDefault="00000000" w:rsidP="00642692">
      <w:pPr>
        <w:spacing w:line="360" w:lineRule="auto"/>
        <w:jc w:val="center"/>
      </w:pPr>
      <w:proofErr w:type="spellStart"/>
      <w:r>
        <w:rPr>
          <w:b/>
        </w:rPr>
        <w:t>Processo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Seletivo</w:t>
      </w:r>
      <w:proofErr w:type="spellEnd"/>
      <w:r w:rsidR="00642692">
        <w:rPr>
          <w:b/>
        </w:rPr>
        <w:t xml:space="preserve"> </w:t>
      </w:r>
      <w:proofErr w:type="spellStart"/>
      <w:r w:rsidR="00642692">
        <w:rPr>
          <w:b/>
        </w:rPr>
        <w:t>Edital</w:t>
      </w:r>
      <w:proofErr w:type="spellEnd"/>
      <w:r w:rsidR="00642692">
        <w:rPr>
          <w:b/>
        </w:rPr>
        <w:t xml:space="preserve"> 001/2026 </w:t>
      </w:r>
      <w:proofErr w:type="spellStart"/>
      <w:r w:rsidR="00642692">
        <w:rPr>
          <w:b/>
        </w:rPr>
        <w:t>GenSus</w:t>
      </w:r>
      <w:proofErr w:type="spellEnd"/>
    </w:p>
    <w:p w14:paraId="47844AE2" w14:textId="77777777" w:rsidR="00BA161E" w:rsidRDefault="00000000" w:rsidP="00642692">
      <w:pPr>
        <w:pStyle w:val="Ttulo2"/>
        <w:spacing w:before="0" w:line="360" w:lineRule="auto"/>
        <w:jc w:val="both"/>
      </w:pPr>
      <w:r>
        <w:t>1. Identificação do candidato</w:t>
      </w:r>
    </w:p>
    <w:p w14:paraId="393999F1" w14:textId="0591E853" w:rsidR="00BA161E" w:rsidRDefault="00000000" w:rsidP="00642692">
      <w:pPr>
        <w:spacing w:line="360" w:lineRule="auto"/>
        <w:jc w:val="both"/>
      </w:pPr>
      <w:r>
        <w:t xml:space="preserve">Nome </w:t>
      </w:r>
      <w:proofErr w:type="spellStart"/>
      <w:r>
        <w:t>completo</w:t>
      </w:r>
      <w:proofErr w:type="spellEnd"/>
      <w:r>
        <w:t xml:space="preserve">: </w:t>
      </w:r>
      <w:r w:rsidR="00473367">
        <w:t>______________________________________________________________________________________</w:t>
      </w:r>
    </w:p>
    <w:p w14:paraId="71D38438" w14:textId="7CEC4286" w:rsidR="00BA161E" w:rsidRDefault="00000000" w:rsidP="00642692">
      <w:pPr>
        <w:spacing w:line="360" w:lineRule="auto"/>
        <w:jc w:val="both"/>
      </w:pPr>
      <w:r>
        <w:t xml:space="preserve">CPF: </w:t>
      </w:r>
      <w:r w:rsidR="00642692">
        <w:t>____________________________________________________________________________________________________</w:t>
      </w:r>
    </w:p>
    <w:p w14:paraId="5A845818" w14:textId="2D843AF6" w:rsidR="00BA161E" w:rsidRDefault="00000000" w:rsidP="00642692">
      <w:pPr>
        <w:spacing w:line="360" w:lineRule="auto"/>
        <w:jc w:val="both"/>
      </w:pPr>
      <w:r>
        <w:t>Cargo/Categoria: _______________________________________</w:t>
      </w:r>
      <w:r w:rsidR="00642692">
        <w:t>______________________________________________</w:t>
      </w:r>
    </w:p>
    <w:p w14:paraId="22348562" w14:textId="77777777" w:rsidR="00BA161E" w:rsidRDefault="00000000" w:rsidP="00642692">
      <w:pPr>
        <w:spacing w:line="360" w:lineRule="auto"/>
        <w:jc w:val="both"/>
      </w:pPr>
      <w:r>
        <w:t>Inscrição nº: _______________________________________</w:t>
      </w:r>
    </w:p>
    <w:p w14:paraId="6A4C048B" w14:textId="46A0445D" w:rsidR="00BA161E" w:rsidRDefault="001B4328" w:rsidP="00642692">
      <w:pPr>
        <w:pStyle w:val="Ttulo2"/>
        <w:spacing w:before="0" w:line="360" w:lineRule="auto"/>
        <w:jc w:val="both"/>
      </w:pPr>
      <w:r>
        <w:t>2</w:t>
      </w:r>
      <w:r w:rsidR="00000000">
        <w:t xml:space="preserve">. </w:t>
      </w:r>
      <w:proofErr w:type="spellStart"/>
      <w:r w:rsidR="00000000">
        <w:t>Fundamentação</w:t>
      </w:r>
      <w:proofErr w:type="spellEnd"/>
      <w:r w:rsidR="00000000">
        <w:t xml:space="preserve"> do </w:t>
      </w:r>
      <w:proofErr w:type="spellStart"/>
      <w:r w:rsidR="00000000">
        <w:t>recurso</w:t>
      </w:r>
      <w:proofErr w:type="spellEnd"/>
    </w:p>
    <w:p w14:paraId="01572FE7" w14:textId="62F04528" w:rsidR="00BA161E" w:rsidRDefault="00000000" w:rsidP="00642692">
      <w:pPr>
        <w:spacing w:line="360" w:lineRule="auto"/>
        <w:jc w:val="both"/>
      </w:pPr>
      <w:r>
        <w:t>______________________________________________________________________</w:t>
      </w:r>
      <w:r w:rsidR="00642692">
        <w:t>___________________________________</w:t>
      </w:r>
    </w:p>
    <w:p w14:paraId="6E59DDD8" w14:textId="77777777" w:rsidR="00642692" w:rsidRDefault="00642692" w:rsidP="00642692">
      <w:pPr>
        <w:spacing w:line="360" w:lineRule="auto"/>
        <w:jc w:val="both"/>
      </w:pPr>
      <w:r>
        <w:t>_________________________________________________________________________________________________________</w:t>
      </w:r>
    </w:p>
    <w:p w14:paraId="08A09551" w14:textId="77777777" w:rsidR="00642692" w:rsidRDefault="00642692" w:rsidP="00642692">
      <w:pPr>
        <w:spacing w:line="360" w:lineRule="auto"/>
        <w:jc w:val="both"/>
      </w:pPr>
      <w:r>
        <w:t>_________________________________________________________________________________________________________</w:t>
      </w:r>
    </w:p>
    <w:p w14:paraId="138D02D8" w14:textId="77777777" w:rsidR="00642692" w:rsidRDefault="00642692" w:rsidP="00642692">
      <w:pPr>
        <w:spacing w:line="360" w:lineRule="auto"/>
        <w:jc w:val="both"/>
      </w:pPr>
      <w:r>
        <w:t>_________________________________________________________________________________________________________</w:t>
      </w:r>
    </w:p>
    <w:p w14:paraId="23B2D7B6" w14:textId="77777777" w:rsidR="00642692" w:rsidRDefault="00642692" w:rsidP="00642692">
      <w:pPr>
        <w:spacing w:line="360" w:lineRule="auto"/>
        <w:jc w:val="both"/>
      </w:pPr>
      <w:r>
        <w:t>_________________________________________________________________________________________________________</w:t>
      </w:r>
    </w:p>
    <w:p w14:paraId="1F0A2049" w14:textId="77777777" w:rsidR="00642692" w:rsidRDefault="00642692" w:rsidP="00642692">
      <w:pPr>
        <w:spacing w:line="360" w:lineRule="auto"/>
        <w:jc w:val="both"/>
      </w:pPr>
      <w:r>
        <w:t>_________________________________________________________________________________________________________</w:t>
      </w:r>
    </w:p>
    <w:p w14:paraId="628548B7" w14:textId="77777777" w:rsidR="00642692" w:rsidRDefault="00642692" w:rsidP="00642692">
      <w:pPr>
        <w:spacing w:line="360" w:lineRule="auto"/>
        <w:jc w:val="both"/>
      </w:pPr>
      <w:r>
        <w:t>_________________________________________________________________________________________________________</w:t>
      </w:r>
    </w:p>
    <w:p w14:paraId="6D3F4233" w14:textId="77777777" w:rsidR="00642692" w:rsidRDefault="00642692" w:rsidP="00642692">
      <w:pPr>
        <w:pStyle w:val="Ttulo2"/>
        <w:spacing w:before="0" w:line="360" w:lineRule="auto"/>
        <w:jc w:val="both"/>
      </w:pPr>
    </w:p>
    <w:p w14:paraId="7564DC79" w14:textId="24F321F8" w:rsidR="00BA161E" w:rsidRDefault="00642692" w:rsidP="00642692">
      <w:pPr>
        <w:spacing w:line="360" w:lineRule="auto"/>
        <w:jc w:val="right"/>
      </w:pPr>
      <w:r>
        <w:t xml:space="preserve">_______________________, _______ de </w:t>
      </w:r>
      <w:proofErr w:type="spellStart"/>
      <w:r>
        <w:t>agosto</w:t>
      </w:r>
      <w:proofErr w:type="spellEnd"/>
      <w:r>
        <w:t xml:space="preserve"> de 2026</w:t>
      </w:r>
    </w:p>
    <w:p w14:paraId="64DC9CE4" w14:textId="77777777" w:rsidR="00642692" w:rsidRDefault="00642692" w:rsidP="00642692">
      <w:pPr>
        <w:spacing w:after="0" w:line="240" w:lineRule="auto"/>
        <w:jc w:val="center"/>
      </w:pPr>
    </w:p>
    <w:p w14:paraId="6BEA4E22" w14:textId="77777777" w:rsidR="00642692" w:rsidRDefault="00642692" w:rsidP="00642692">
      <w:pPr>
        <w:spacing w:after="0" w:line="240" w:lineRule="auto"/>
        <w:jc w:val="center"/>
      </w:pPr>
    </w:p>
    <w:p w14:paraId="1360B666" w14:textId="7E7BBC0E" w:rsidR="00BA161E" w:rsidRDefault="00000000" w:rsidP="00642692">
      <w:pPr>
        <w:spacing w:after="0" w:line="240" w:lineRule="auto"/>
        <w:jc w:val="center"/>
      </w:pPr>
      <w:r>
        <w:t>_____________________________________</w:t>
      </w:r>
      <w:r w:rsidR="00642692">
        <w:t>__________________________</w:t>
      </w:r>
    </w:p>
    <w:p w14:paraId="1F1F45B9" w14:textId="174E3AE9" w:rsidR="00642692" w:rsidRDefault="00642692" w:rsidP="00642692">
      <w:pPr>
        <w:spacing w:after="0" w:line="240" w:lineRule="auto"/>
        <w:jc w:val="center"/>
      </w:pPr>
      <w:r>
        <w:t>(</w:t>
      </w:r>
      <w:proofErr w:type="spellStart"/>
      <w:r>
        <w:t>Assinatura</w:t>
      </w:r>
      <w:proofErr w:type="spellEnd"/>
      <w:r>
        <w:t xml:space="preserve"> do </w:t>
      </w:r>
      <w:proofErr w:type="spellStart"/>
      <w:r>
        <w:t>candidato</w:t>
      </w:r>
      <w:proofErr w:type="spellEnd"/>
      <w:r>
        <w:t>)</w:t>
      </w:r>
    </w:p>
    <w:sectPr w:rsidR="0064269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8596068">
    <w:abstractNumId w:val="8"/>
  </w:num>
  <w:num w:numId="2" w16cid:durableId="275908853">
    <w:abstractNumId w:val="6"/>
  </w:num>
  <w:num w:numId="3" w16cid:durableId="471558421">
    <w:abstractNumId w:val="5"/>
  </w:num>
  <w:num w:numId="4" w16cid:durableId="290133973">
    <w:abstractNumId w:val="4"/>
  </w:num>
  <w:num w:numId="5" w16cid:durableId="527185955">
    <w:abstractNumId w:val="7"/>
  </w:num>
  <w:num w:numId="6" w16cid:durableId="1222138450">
    <w:abstractNumId w:val="3"/>
  </w:num>
  <w:num w:numId="7" w16cid:durableId="1426654813">
    <w:abstractNumId w:val="2"/>
  </w:num>
  <w:num w:numId="8" w16cid:durableId="159542982">
    <w:abstractNumId w:val="1"/>
  </w:num>
  <w:num w:numId="9" w16cid:durableId="2151464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2E91"/>
    <w:rsid w:val="001B4328"/>
    <w:rsid w:val="0029639D"/>
    <w:rsid w:val="00326F90"/>
    <w:rsid w:val="00473367"/>
    <w:rsid w:val="00642692"/>
    <w:rsid w:val="00AA1D8D"/>
    <w:rsid w:val="00B47730"/>
    <w:rsid w:val="00BA161E"/>
    <w:rsid w:val="00CB0664"/>
    <w:rsid w:val="00F009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E6626"/>
  <w14:defaultImageDpi w14:val="300"/>
  <w15:docId w15:val="{644AB97E-FF10-0548-8D19-8CF98E93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1356</Characters>
  <Application>Microsoft Office Word</Application>
  <DocSecurity>0</DocSecurity>
  <Lines>23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Rafaella Sousa Ferraz</cp:lastModifiedBy>
  <cp:revision>5</cp:revision>
  <dcterms:created xsi:type="dcterms:W3CDTF">2013-12-23T23:15:00Z</dcterms:created>
  <dcterms:modified xsi:type="dcterms:W3CDTF">2026-08-03T12:51:00Z</dcterms:modified>
  <cp:category/>
</cp:coreProperties>
</file>